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Reglamento: Torneo Relámpago de Vóley Mixto 3x3 - POM FESTIVAL - 50 años del POM</w:t>
      </w:r>
    </w:p>
    <w:p>
      <w:r>
        <w:t>¡Bienvenidos al torneo de vóley mixto 3x3! Para asegurar una competencia ágil y recreativa, todo participante debe leer y firmar el presente reglamento.</w:t>
      </w:r>
    </w:p>
    <w:p>
      <w:pPr>
        <w:pStyle w:val="Heading1"/>
      </w:pPr>
      <w:r>
        <w:t>1. Formato de Juego</w:t>
      </w:r>
    </w:p>
    <w:p>
      <w:r>
        <w:rPr>
          <w:b/>
        </w:rPr>
        <w:t xml:space="preserve">Equipos: </w:t>
      </w:r>
      <w:r>
        <w:t>El equipo se compone de 3 jugadores en cancha (formato 3x3).</w:t>
        <w:br/>
      </w:r>
      <w:r>
        <w:rPr>
          <w:b/>
        </w:rPr>
        <w:t xml:space="preserve">Género: </w:t>
      </w:r>
      <w:r>
        <w:t>Categoría mixta.</w:t>
        <w:br/>
      </w:r>
      <w:r>
        <w:rPr>
          <w:b/>
        </w:rPr>
        <w:t xml:space="preserve">Horario: </w:t>
      </w:r>
      <w:r>
        <w:t>De 12:30 a 17:30 horas.</w:t>
        <w:br/>
      </w:r>
      <w:r>
        <w:rPr>
          <w:b/>
        </w:rPr>
        <w:t xml:space="preserve">Reglas básicas: </w:t>
      </w:r>
      <w:r>
        <w:t>Se jugará bajo modalidad relámpago (partidos cortos o a puntos determinados para agilizar el cronograma).</w:t>
      </w:r>
    </w:p>
    <w:p>
      <w:pPr>
        <w:pStyle w:val="Heading1"/>
      </w:pPr>
      <w:r>
        <w:t>2. Acreditación y Equipamiento</w:t>
      </w:r>
    </w:p>
    <w:p>
      <w:r>
        <w:rPr>
          <w:b/>
        </w:rPr>
        <w:t xml:space="preserve">Retiro de camisetas: </w:t>
      </w:r>
      <w:r>
        <w:t xml:space="preserve">Cada equipo deberá designar a un responsable para retirar las camisetas numeradas en el </w:t>
      </w:r>
      <w:r>
        <w:rPr>
          <w:b/>
        </w:rPr>
        <w:t>sector de vestuarios</w:t>
      </w:r>
      <w:r>
        <w:t>, presentando los reglamentos firmados de sus integrantes.</w:t>
        <w:br/>
      </w:r>
      <w:r>
        <w:rPr>
          <w:b/>
        </w:rPr>
        <w:t xml:space="preserve">Uso obligatorio: </w:t>
      </w:r>
      <w:r>
        <w:t>La camiseta asignada deberá utilizarse durante todo el encuentro.</w:t>
      </w:r>
    </w:p>
    <w:p>
      <w:pPr>
        <w:pStyle w:val="Heading1"/>
      </w:pPr>
      <w:r>
        <w:t>3. Disciplina</w:t>
      </w:r>
    </w:p>
    <w:p>
      <w:r>
        <w:rPr>
          <w:b/>
        </w:rPr>
        <w:t xml:space="preserve">Fair Play: </w:t>
      </w:r>
      <w:r>
        <w:t>Se exige espíritu deportivo. Cualquier conducta antideportiva resultará en la expulsión del torneo.</w:t>
        <w:br/>
      </w:r>
      <w:r>
        <w:rPr>
          <w:b/>
        </w:rPr>
        <w:t xml:space="preserve">Decisiones: </w:t>
      </w:r>
      <w:r>
        <w:t>El fallo del árbitro o encargado de cancha es inapelable.</w:t>
      </w:r>
    </w:p>
    <w:p>
      <w:pPr>
        <w:pStyle w:val="Heading1"/>
      </w:pPr>
      <w:r>
        <w:t>4. Premiación</w:t>
      </w:r>
    </w:p>
    <w:p>
      <w:r>
        <w:t>La ceremonia de entrega de premios se realizará a las 18:00 horas en el escenario principal.</w:t>
      </w:r>
    </w:p>
    <w:p>
      <w:pPr>
        <w:pStyle w:val="Heading1"/>
      </w:pPr>
      <w:r>
        <w:t>5. Declaración Jurada y Firma (Obligatorio)</w:t>
      </w:r>
    </w:p>
    <w:p>
      <w:r>
        <w:t>Declaro que he leído y acepto el reglamento. Participo bajo mi propia responsabilidad, eximiendo al Club Polaco de toda responsabilidad ante lesiones o incidentes.</w:t>
      </w:r>
    </w:p>
    <w:p>
      <w:r>
        <w:t>Nombre y Apellido: _______________________________________</w:t>
      </w:r>
    </w:p>
    <w:p>
      <w:r>
        <w:t>DNI: _________________ Equipo: _________________</w:t>
      </w:r>
    </w:p>
    <w:p>
      <w:r>
        <w:t>Si el participante es menor de 12 años:</w:t>
      </w:r>
    </w:p>
    <w:p>
      <w:r>
        <w:t>Nombre del adulto responsable: _______________________________________</w:t>
      </w:r>
    </w:p>
    <w:p>
      <w:r>
        <w:t>Firma: _________________ Fecha: ____/____/2026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Reglamento: Torneo Relámpago de Vóley Mixto 3x3 - POM FESTIVAL - 50 años del POM</dc:title>
  <dc:subject>POM FESTIVAL - 50 años del POM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